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99757" w14:textId="2DCE39B5" w:rsidR="00BE1647" w:rsidRPr="00BE1647" w:rsidRDefault="00BE1647" w:rsidP="00BE1647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E1647">
        <w:rPr>
          <w:rFonts w:ascii="Century Gothic" w:hAnsi="Century Gothic"/>
          <w:b/>
          <w:bCs/>
          <w:sz w:val="28"/>
          <w:szCs w:val="28"/>
        </w:rPr>
        <w:t>Sleep Hygiene Survey</w:t>
      </w:r>
    </w:p>
    <w:p w14:paraId="4A01F6FB" w14:textId="77777777" w:rsidR="00BE1647" w:rsidRDefault="00BE1647">
      <w:pPr>
        <w:rPr>
          <w:rFonts w:ascii="Century Gothic" w:hAnsi="Century Gothic"/>
          <w:b/>
          <w:bCs/>
        </w:rPr>
      </w:pPr>
    </w:p>
    <w:p w14:paraId="43091D4B" w14:textId="0007E5A7" w:rsidR="00E80C0A" w:rsidRPr="00681C1F" w:rsidRDefault="00000000">
      <w:pPr>
        <w:rPr>
          <w:rFonts w:ascii="Century Gothic" w:hAnsi="Century Gothic"/>
        </w:rPr>
      </w:pPr>
      <w:r w:rsidRPr="00BE1647">
        <w:rPr>
          <w:rFonts w:ascii="Century Gothic" w:hAnsi="Century Gothic"/>
          <w:b/>
          <w:bCs/>
        </w:rPr>
        <w:t>Instructions</w:t>
      </w:r>
      <w:r w:rsidRPr="00681C1F">
        <w:rPr>
          <w:rFonts w:ascii="Century Gothic" w:hAnsi="Century Gothic"/>
        </w:rPr>
        <w:t>:</w:t>
      </w:r>
      <w:r w:rsidRPr="00681C1F">
        <w:rPr>
          <w:rFonts w:ascii="Century Gothic" w:hAnsi="Century Gothic"/>
        </w:rPr>
        <w:br/>
        <w:t>Rate how often each of the following applies to you. Be honest</w:t>
      </w:r>
      <w:r w:rsidR="00BE1647">
        <w:rPr>
          <w:rFonts w:ascii="Century Gothic" w:hAnsi="Century Gothic"/>
        </w:rPr>
        <w:t>, t</w:t>
      </w:r>
      <w:r w:rsidRPr="00681C1F">
        <w:rPr>
          <w:rFonts w:ascii="Century Gothic" w:hAnsi="Century Gothic"/>
        </w:rPr>
        <w:t>his is for your own awareness.</w:t>
      </w:r>
    </w:p>
    <w:tbl>
      <w:tblPr>
        <w:tblStyle w:val="TableGrid"/>
        <w:tblW w:w="9133" w:type="dxa"/>
        <w:tblLayout w:type="fixed"/>
        <w:tblLook w:val="04A0" w:firstRow="1" w:lastRow="0" w:firstColumn="1" w:lastColumn="0" w:noHBand="0" w:noVBand="1"/>
      </w:tblPr>
      <w:tblGrid>
        <w:gridCol w:w="849"/>
        <w:gridCol w:w="3746"/>
        <w:gridCol w:w="1134"/>
        <w:gridCol w:w="1135"/>
        <w:gridCol w:w="1134"/>
        <w:gridCol w:w="1135"/>
      </w:tblGrid>
      <w:tr w:rsidR="00DC4C0C" w:rsidRPr="00681C1F" w14:paraId="7BA2A59C" w14:textId="26D040DD" w:rsidTr="00DC4C0C">
        <w:trPr>
          <w:trHeight w:val="638"/>
        </w:trPr>
        <w:tc>
          <w:tcPr>
            <w:tcW w:w="849" w:type="dxa"/>
          </w:tcPr>
          <w:p w14:paraId="4FB598F7" w14:textId="33A210BC" w:rsidR="00DC4C0C" w:rsidRPr="00BE1647" w:rsidRDefault="00DC4C0C" w:rsidP="00DC4C0C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Q</w:t>
            </w:r>
          </w:p>
        </w:tc>
        <w:tc>
          <w:tcPr>
            <w:tcW w:w="3746" w:type="dxa"/>
          </w:tcPr>
          <w:p w14:paraId="04BA29F4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Statement</w:t>
            </w:r>
          </w:p>
        </w:tc>
        <w:tc>
          <w:tcPr>
            <w:tcW w:w="1134" w:type="dxa"/>
          </w:tcPr>
          <w:p w14:paraId="74E83088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Never (0)</w:t>
            </w:r>
          </w:p>
        </w:tc>
        <w:tc>
          <w:tcPr>
            <w:tcW w:w="1135" w:type="dxa"/>
          </w:tcPr>
          <w:p w14:paraId="0A9AC8C5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Rarely (1)</w:t>
            </w:r>
          </w:p>
        </w:tc>
        <w:tc>
          <w:tcPr>
            <w:tcW w:w="1134" w:type="dxa"/>
          </w:tcPr>
          <w:p w14:paraId="6F14EEAD" w14:textId="7380275B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Some</w:t>
            </w:r>
            <w:r>
              <w:rPr>
                <w:rFonts w:ascii="Century Gothic" w:hAnsi="Century Gothic"/>
                <w:b/>
                <w:bCs/>
                <w:i/>
                <w:iCs/>
              </w:rPr>
              <w:t>-</w:t>
            </w: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times (2)</w:t>
            </w:r>
          </w:p>
        </w:tc>
        <w:tc>
          <w:tcPr>
            <w:tcW w:w="1135" w:type="dxa"/>
          </w:tcPr>
          <w:p w14:paraId="11155D22" w14:textId="69A54F06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Often (</w:t>
            </w:r>
            <w:r>
              <w:rPr>
                <w:rFonts w:ascii="Century Gothic" w:hAnsi="Century Gothic"/>
                <w:b/>
                <w:bCs/>
                <w:i/>
                <w:iCs/>
              </w:rPr>
              <w:t>3</w:t>
            </w:r>
            <w:r w:rsidRPr="00BE1647">
              <w:rPr>
                <w:rFonts w:ascii="Century Gothic" w:hAnsi="Century Gothic"/>
                <w:b/>
                <w:bCs/>
                <w:i/>
                <w:iCs/>
              </w:rPr>
              <w:t>)</w:t>
            </w:r>
          </w:p>
        </w:tc>
      </w:tr>
      <w:tr w:rsidR="00DC4C0C" w:rsidRPr="00681C1F" w14:paraId="35EB1D93" w14:textId="44404D5A" w:rsidTr="00DC4C0C">
        <w:trPr>
          <w:trHeight w:val="533"/>
        </w:trPr>
        <w:tc>
          <w:tcPr>
            <w:tcW w:w="849" w:type="dxa"/>
          </w:tcPr>
          <w:p w14:paraId="29B83DB8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1</w:t>
            </w:r>
          </w:p>
        </w:tc>
        <w:tc>
          <w:tcPr>
            <w:tcW w:w="3746" w:type="dxa"/>
          </w:tcPr>
          <w:p w14:paraId="1C2492D7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go to bed at different times each night.</w:t>
            </w:r>
          </w:p>
        </w:tc>
        <w:tc>
          <w:tcPr>
            <w:tcW w:w="1134" w:type="dxa"/>
          </w:tcPr>
          <w:p w14:paraId="4221F129" w14:textId="75526514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2B2D8E6F" w14:textId="74FCB170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0DBDF851" w14:textId="1D301B96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4BEBF38C" w14:textId="599F13BF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2CD0730A" w14:textId="5E9E0E82" w:rsidTr="00DC4C0C">
        <w:trPr>
          <w:trHeight w:val="533"/>
        </w:trPr>
        <w:tc>
          <w:tcPr>
            <w:tcW w:w="849" w:type="dxa"/>
          </w:tcPr>
          <w:p w14:paraId="17DA5078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3746" w:type="dxa"/>
          </w:tcPr>
          <w:p w14:paraId="2D4DCAAF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use my phone or other screens right before bed.</w:t>
            </w:r>
          </w:p>
        </w:tc>
        <w:tc>
          <w:tcPr>
            <w:tcW w:w="1134" w:type="dxa"/>
          </w:tcPr>
          <w:p w14:paraId="1C65732B" w14:textId="46C56073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7AFFF90E" w14:textId="1D12025B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49029661" w14:textId="56F12A15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034FF0AB" w14:textId="7CE85D56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3341243B" w14:textId="32EBCE08" w:rsidTr="00DC4C0C">
        <w:trPr>
          <w:trHeight w:val="787"/>
        </w:trPr>
        <w:tc>
          <w:tcPr>
            <w:tcW w:w="849" w:type="dxa"/>
          </w:tcPr>
          <w:p w14:paraId="53DA12D6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3</w:t>
            </w:r>
          </w:p>
        </w:tc>
        <w:tc>
          <w:tcPr>
            <w:tcW w:w="3746" w:type="dxa"/>
          </w:tcPr>
          <w:p w14:paraId="7011822B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drink caffeine (coffee, tea, energy drinks) in the afternoon or evening.</w:t>
            </w:r>
          </w:p>
        </w:tc>
        <w:tc>
          <w:tcPr>
            <w:tcW w:w="1134" w:type="dxa"/>
          </w:tcPr>
          <w:p w14:paraId="6ABB9112" w14:textId="7951BA27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38B95D7F" w14:textId="4F5F6B6B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3A449193" w14:textId="1AA8CE73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73919655" w14:textId="5904DECD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29587B95" w14:textId="49DC0455" w:rsidTr="00DC4C0C">
        <w:trPr>
          <w:trHeight w:val="800"/>
        </w:trPr>
        <w:tc>
          <w:tcPr>
            <w:tcW w:w="849" w:type="dxa"/>
          </w:tcPr>
          <w:p w14:paraId="6517ADBE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4</w:t>
            </w:r>
          </w:p>
        </w:tc>
        <w:tc>
          <w:tcPr>
            <w:tcW w:w="3746" w:type="dxa"/>
          </w:tcPr>
          <w:p w14:paraId="587148B5" w14:textId="4292F1AD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My bedroom environment makes it hard to fall or stay asleep.</w:t>
            </w:r>
          </w:p>
        </w:tc>
        <w:tc>
          <w:tcPr>
            <w:tcW w:w="1134" w:type="dxa"/>
          </w:tcPr>
          <w:p w14:paraId="0CFF3D2C" w14:textId="2AE45430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36DA664D" w14:textId="147E76A1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73935CFB" w14:textId="5299B303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7762EE2F" w14:textId="6D756097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4307FB19" w14:textId="2ABB2BE0" w:rsidTr="00DC4C0C">
        <w:trPr>
          <w:trHeight w:val="533"/>
        </w:trPr>
        <w:tc>
          <w:tcPr>
            <w:tcW w:w="849" w:type="dxa"/>
          </w:tcPr>
          <w:p w14:paraId="4289DC5E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3746" w:type="dxa"/>
          </w:tcPr>
          <w:p w14:paraId="3DD7E8CD" w14:textId="1D89E229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feel anxious or frustrated when I can’t fall asleep.</w:t>
            </w:r>
          </w:p>
        </w:tc>
        <w:tc>
          <w:tcPr>
            <w:tcW w:w="1134" w:type="dxa"/>
          </w:tcPr>
          <w:p w14:paraId="1F0AD478" w14:textId="4B076D47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7D85CAD1" w14:textId="76F81056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10C2C238" w14:textId="2597A164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1AA18F6D" w14:textId="45172D41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1515EFF8" w14:textId="2EB8BAF7" w:rsidTr="00DC4C0C">
        <w:trPr>
          <w:trHeight w:val="266"/>
        </w:trPr>
        <w:tc>
          <w:tcPr>
            <w:tcW w:w="849" w:type="dxa"/>
          </w:tcPr>
          <w:p w14:paraId="2438D842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3746" w:type="dxa"/>
          </w:tcPr>
          <w:p w14:paraId="33CD1E37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study, mark, or work in bed.</w:t>
            </w:r>
          </w:p>
        </w:tc>
        <w:tc>
          <w:tcPr>
            <w:tcW w:w="1134" w:type="dxa"/>
          </w:tcPr>
          <w:p w14:paraId="5F0CED55" w14:textId="252FEBBC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0DF9CF6A" w14:textId="3A734BF6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4396E0D0" w14:textId="7435ECD6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0E3B5419" w14:textId="53CBD117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3CF016E7" w14:textId="37D1D813" w:rsidTr="00DC4C0C">
        <w:trPr>
          <w:trHeight w:val="533"/>
        </w:trPr>
        <w:tc>
          <w:tcPr>
            <w:tcW w:w="849" w:type="dxa"/>
          </w:tcPr>
          <w:p w14:paraId="05A3A901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7</w:t>
            </w:r>
          </w:p>
        </w:tc>
        <w:tc>
          <w:tcPr>
            <w:tcW w:w="3746" w:type="dxa"/>
          </w:tcPr>
          <w:p w14:paraId="72974FC5" w14:textId="3F706F30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 xml:space="preserve">I eat heavy </w:t>
            </w:r>
            <w:proofErr w:type="gramStart"/>
            <w:r w:rsidRPr="001C25BA">
              <w:rPr>
                <w:rFonts w:ascii="Century Gothic" w:hAnsi="Century Gothic"/>
              </w:rPr>
              <w:t>meals</w:t>
            </w:r>
            <w:proofErr w:type="gramEnd"/>
            <w:r w:rsidRPr="001C25BA">
              <w:rPr>
                <w:rFonts w:ascii="Century Gothic" w:hAnsi="Century Gothic"/>
              </w:rPr>
              <w:t xml:space="preserve"> or sugary snacks close to bedtime.</w:t>
            </w:r>
          </w:p>
        </w:tc>
        <w:tc>
          <w:tcPr>
            <w:tcW w:w="1134" w:type="dxa"/>
          </w:tcPr>
          <w:p w14:paraId="31DC328D" w14:textId="4D21493B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678C19F8" w14:textId="1103292A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04CD3BA1" w14:textId="414EE3BC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50753E9E" w14:textId="0A8374F9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241D397E" w14:textId="2DE7FCA9" w:rsidTr="00DC4C0C">
        <w:trPr>
          <w:trHeight w:val="533"/>
        </w:trPr>
        <w:tc>
          <w:tcPr>
            <w:tcW w:w="849" w:type="dxa"/>
          </w:tcPr>
          <w:p w14:paraId="61AB7E26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8</w:t>
            </w:r>
          </w:p>
        </w:tc>
        <w:tc>
          <w:tcPr>
            <w:tcW w:w="3746" w:type="dxa"/>
          </w:tcPr>
          <w:p w14:paraId="0B1356AB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don’t have a wind-down routine before bed.</w:t>
            </w:r>
          </w:p>
        </w:tc>
        <w:tc>
          <w:tcPr>
            <w:tcW w:w="1134" w:type="dxa"/>
          </w:tcPr>
          <w:p w14:paraId="7FF08FF2" w14:textId="702B277B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4ACF2F19" w14:textId="42968E46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094EB969" w14:textId="24DCDF2F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2C2BB721" w14:textId="486ADA0D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74957651" w14:textId="74EA5A74" w:rsidTr="00DC4C0C">
        <w:trPr>
          <w:trHeight w:val="520"/>
        </w:trPr>
        <w:tc>
          <w:tcPr>
            <w:tcW w:w="849" w:type="dxa"/>
          </w:tcPr>
          <w:p w14:paraId="10335BB6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9</w:t>
            </w:r>
          </w:p>
        </w:tc>
        <w:tc>
          <w:tcPr>
            <w:tcW w:w="3746" w:type="dxa"/>
          </w:tcPr>
          <w:p w14:paraId="1D520CCB" w14:textId="7777777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lie awake worrying or overthinking at bedtime.</w:t>
            </w:r>
          </w:p>
        </w:tc>
        <w:tc>
          <w:tcPr>
            <w:tcW w:w="1134" w:type="dxa"/>
          </w:tcPr>
          <w:p w14:paraId="6FC179A5" w14:textId="463C059B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6C64AE18" w14:textId="07AFDFD5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6D77B1FF" w14:textId="012A9DAA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23F47767" w14:textId="5AEF2779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  <w:tr w:rsidR="00DC4C0C" w:rsidRPr="00681C1F" w14:paraId="37A0C120" w14:textId="69D27760" w:rsidTr="00DC4C0C">
        <w:trPr>
          <w:trHeight w:val="64"/>
        </w:trPr>
        <w:tc>
          <w:tcPr>
            <w:tcW w:w="849" w:type="dxa"/>
          </w:tcPr>
          <w:p w14:paraId="24E901B4" w14:textId="77777777" w:rsidR="00DC4C0C" w:rsidRPr="00BE1647" w:rsidRDefault="00DC4C0C" w:rsidP="00BE16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E1647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3746" w:type="dxa"/>
          </w:tcPr>
          <w:p w14:paraId="19F32F09" w14:textId="32870EC7" w:rsidR="00DC4C0C" w:rsidRPr="001C25BA" w:rsidRDefault="00DC4C0C">
            <w:pPr>
              <w:rPr>
                <w:rFonts w:ascii="Century Gothic" w:hAnsi="Century Gothic"/>
              </w:rPr>
            </w:pPr>
            <w:r w:rsidRPr="001C25BA">
              <w:rPr>
                <w:rFonts w:ascii="Century Gothic" w:hAnsi="Century Gothic"/>
              </w:rPr>
              <w:t>I often wake up feeling tired or unrested.</w:t>
            </w:r>
          </w:p>
        </w:tc>
        <w:tc>
          <w:tcPr>
            <w:tcW w:w="1134" w:type="dxa"/>
          </w:tcPr>
          <w:p w14:paraId="21601B2D" w14:textId="23CA26F3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7EFF5BF2" w14:textId="1D44FCFD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14:paraId="25774183" w14:textId="7AAA3F09" w:rsidR="00DC4C0C" w:rsidRPr="00681C1F" w:rsidRDefault="00DC4C0C">
            <w:pPr>
              <w:rPr>
                <w:rFonts w:ascii="Century Gothic" w:hAnsi="Century Gothic"/>
              </w:rPr>
            </w:pPr>
          </w:p>
        </w:tc>
        <w:tc>
          <w:tcPr>
            <w:tcW w:w="1135" w:type="dxa"/>
          </w:tcPr>
          <w:p w14:paraId="6B18F5F6" w14:textId="70414742" w:rsidR="00DC4C0C" w:rsidRPr="00681C1F" w:rsidRDefault="00DC4C0C">
            <w:pPr>
              <w:rPr>
                <w:rFonts w:ascii="Century Gothic" w:hAnsi="Century Gothic"/>
              </w:rPr>
            </w:pPr>
          </w:p>
        </w:tc>
      </w:tr>
    </w:tbl>
    <w:p w14:paraId="264189F0" w14:textId="77777777" w:rsidR="00BE1647" w:rsidRDefault="00BE1647">
      <w:pPr>
        <w:rPr>
          <w:rFonts w:ascii="Century Gothic" w:hAnsi="Century Gothic"/>
        </w:rPr>
      </w:pPr>
    </w:p>
    <w:p w14:paraId="2E9FB56F" w14:textId="5B78D951" w:rsidR="00BE1647" w:rsidRDefault="00BE1647" w:rsidP="00D0535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Your Score: _______</w:t>
      </w:r>
    </w:p>
    <w:p w14:paraId="2D1DAB8A" w14:textId="19A3B8E7" w:rsidR="00E80C0A" w:rsidRPr="00681C1F" w:rsidRDefault="00000000">
      <w:pPr>
        <w:rPr>
          <w:rFonts w:ascii="Century Gothic" w:hAnsi="Century Gothic"/>
        </w:rPr>
      </w:pPr>
      <w:r w:rsidRPr="00BE1647">
        <w:rPr>
          <w:rFonts w:ascii="Century Gothic" w:hAnsi="Century Gothic"/>
          <w:b/>
          <w:bCs/>
        </w:rPr>
        <w:t>Scoring</w:t>
      </w:r>
      <w:r w:rsidRPr="00681C1F">
        <w:rPr>
          <w:rFonts w:ascii="Century Gothic" w:hAnsi="Century Gothic"/>
        </w:rPr>
        <w:t>:</w:t>
      </w:r>
      <w:r w:rsidRPr="00681C1F">
        <w:rPr>
          <w:rFonts w:ascii="Century Gothic" w:hAnsi="Century Gothic"/>
        </w:rPr>
        <w:br/>
        <w:t>0–</w:t>
      </w:r>
      <w:r w:rsidR="00DC4C0C">
        <w:rPr>
          <w:rFonts w:ascii="Century Gothic" w:hAnsi="Century Gothic"/>
        </w:rPr>
        <w:t>8</w:t>
      </w:r>
      <w:r w:rsidRPr="00681C1F">
        <w:rPr>
          <w:rFonts w:ascii="Century Gothic" w:hAnsi="Century Gothic"/>
        </w:rPr>
        <w:t xml:space="preserve"> = </w:t>
      </w:r>
      <w:r w:rsidR="00DC4C0C">
        <w:rPr>
          <w:rFonts w:ascii="Century Gothic" w:hAnsi="Century Gothic"/>
        </w:rPr>
        <w:t>Strong</w:t>
      </w:r>
      <w:r w:rsidRPr="00681C1F">
        <w:rPr>
          <w:rFonts w:ascii="Century Gothic" w:hAnsi="Century Gothic"/>
        </w:rPr>
        <w:t xml:space="preserve"> sleep hygiene</w:t>
      </w:r>
      <w:r w:rsidR="00DC4C0C">
        <w:rPr>
          <w:rFonts w:ascii="Century Gothic" w:hAnsi="Century Gothic"/>
        </w:rPr>
        <w:t xml:space="preserve"> habits!</w:t>
      </w:r>
      <w:r w:rsidRPr="00681C1F">
        <w:rPr>
          <w:rFonts w:ascii="Century Gothic" w:hAnsi="Century Gothic"/>
        </w:rPr>
        <w:br/>
      </w:r>
      <w:r w:rsidR="00DC4C0C">
        <w:rPr>
          <w:rFonts w:ascii="Century Gothic" w:hAnsi="Century Gothic"/>
        </w:rPr>
        <w:t>9</w:t>
      </w:r>
      <w:r w:rsidRPr="00681C1F">
        <w:rPr>
          <w:rFonts w:ascii="Century Gothic" w:hAnsi="Century Gothic"/>
        </w:rPr>
        <w:t>–</w:t>
      </w:r>
      <w:r w:rsidR="00DC4C0C">
        <w:rPr>
          <w:rFonts w:ascii="Century Gothic" w:hAnsi="Century Gothic"/>
        </w:rPr>
        <w:t>16</w:t>
      </w:r>
      <w:r w:rsidRPr="00681C1F">
        <w:rPr>
          <w:rFonts w:ascii="Century Gothic" w:hAnsi="Century Gothic"/>
        </w:rPr>
        <w:t xml:space="preserve"> = Fair, but </w:t>
      </w:r>
      <w:r w:rsidR="00DC4C0C">
        <w:rPr>
          <w:rFonts w:ascii="Century Gothic" w:hAnsi="Century Gothic"/>
        </w:rPr>
        <w:t>room for a little improvement!</w:t>
      </w:r>
      <w:r w:rsidRPr="00681C1F">
        <w:rPr>
          <w:rFonts w:ascii="Century Gothic" w:hAnsi="Century Gothic"/>
        </w:rPr>
        <w:br/>
      </w:r>
      <w:r w:rsidR="00DC4C0C">
        <w:rPr>
          <w:rFonts w:ascii="Century Gothic" w:hAnsi="Century Gothic"/>
        </w:rPr>
        <w:t>17</w:t>
      </w:r>
      <w:r w:rsidRPr="00681C1F">
        <w:rPr>
          <w:rFonts w:ascii="Century Gothic" w:hAnsi="Century Gothic"/>
        </w:rPr>
        <w:t>–</w:t>
      </w:r>
      <w:r w:rsidR="00DC4C0C">
        <w:rPr>
          <w:rFonts w:ascii="Century Gothic" w:hAnsi="Century Gothic"/>
        </w:rPr>
        <w:t>24</w:t>
      </w:r>
      <w:r w:rsidRPr="00681C1F">
        <w:rPr>
          <w:rFonts w:ascii="Century Gothic" w:hAnsi="Century Gothic"/>
        </w:rPr>
        <w:t xml:space="preserve"> = </w:t>
      </w:r>
      <w:r w:rsidR="00DC4C0C">
        <w:rPr>
          <w:rFonts w:ascii="Century Gothic" w:hAnsi="Century Gothic"/>
        </w:rPr>
        <w:t>Disrupted habits may be affecting sleep!</w:t>
      </w:r>
      <w:r w:rsidRPr="00681C1F">
        <w:rPr>
          <w:rFonts w:ascii="Century Gothic" w:hAnsi="Century Gothic"/>
        </w:rPr>
        <w:br/>
      </w:r>
      <w:r w:rsidR="00DC4C0C">
        <w:rPr>
          <w:rFonts w:ascii="Century Gothic" w:hAnsi="Century Gothic"/>
        </w:rPr>
        <w:t>25</w:t>
      </w:r>
      <w:r w:rsidRPr="00681C1F">
        <w:rPr>
          <w:rFonts w:ascii="Century Gothic" w:hAnsi="Century Gothic"/>
        </w:rPr>
        <w:t>–</w:t>
      </w:r>
      <w:r w:rsidR="00DC4C0C">
        <w:rPr>
          <w:rFonts w:ascii="Century Gothic" w:hAnsi="Century Gothic"/>
        </w:rPr>
        <w:t>3</w:t>
      </w:r>
      <w:r w:rsidRPr="00681C1F">
        <w:rPr>
          <w:rFonts w:ascii="Century Gothic" w:hAnsi="Century Gothic"/>
        </w:rPr>
        <w:t xml:space="preserve">0 = </w:t>
      </w:r>
      <w:r w:rsidR="00DC4C0C">
        <w:rPr>
          <w:rFonts w:ascii="Century Gothic" w:hAnsi="Century Gothic"/>
        </w:rPr>
        <w:t>Poor sleep hygiene – time for a reset!</w:t>
      </w:r>
    </w:p>
    <w:p w14:paraId="664A8879" w14:textId="4635CED1" w:rsidR="00E80C0A" w:rsidRPr="00681C1F" w:rsidRDefault="00000000">
      <w:pPr>
        <w:rPr>
          <w:rFonts w:ascii="Century Gothic" w:hAnsi="Century Gothic"/>
        </w:rPr>
      </w:pPr>
      <w:r w:rsidRPr="00681C1F">
        <w:rPr>
          <w:rFonts w:ascii="Century Gothic" w:hAnsi="Century Gothic"/>
        </w:rPr>
        <w:br/>
      </w:r>
      <w:r w:rsidRPr="00BE1647">
        <w:rPr>
          <w:rFonts w:ascii="Century Gothic" w:hAnsi="Century Gothic"/>
          <w:b/>
          <w:bCs/>
        </w:rPr>
        <w:t>Reflection</w:t>
      </w:r>
      <w:r w:rsidRPr="00681C1F">
        <w:rPr>
          <w:rFonts w:ascii="Century Gothic" w:hAnsi="Century Gothic"/>
        </w:rPr>
        <w:t>:</w:t>
      </w:r>
    </w:p>
    <w:p w14:paraId="546284C3" w14:textId="0DF40631" w:rsidR="00E80C0A" w:rsidRPr="00681C1F" w:rsidRDefault="00000000" w:rsidP="00BE1647">
      <w:pPr>
        <w:pStyle w:val="ListBullet"/>
        <w:numPr>
          <w:ilvl w:val="0"/>
          <w:numId w:val="10"/>
        </w:numPr>
        <w:rPr>
          <w:rFonts w:ascii="Century Gothic" w:hAnsi="Century Gothic"/>
        </w:rPr>
      </w:pPr>
      <w:r w:rsidRPr="00681C1F">
        <w:rPr>
          <w:rFonts w:ascii="Century Gothic" w:hAnsi="Century Gothic"/>
        </w:rPr>
        <w:t>Which 2–3 habits do you most want to change?</w:t>
      </w:r>
    </w:p>
    <w:p w14:paraId="628C21E0" w14:textId="6B7F8B40" w:rsidR="00E80C0A" w:rsidRPr="00681C1F" w:rsidRDefault="00000000" w:rsidP="00BE1647">
      <w:pPr>
        <w:pStyle w:val="ListBullet"/>
        <w:numPr>
          <w:ilvl w:val="0"/>
          <w:numId w:val="10"/>
        </w:numPr>
        <w:rPr>
          <w:rFonts w:ascii="Century Gothic" w:hAnsi="Century Gothic"/>
        </w:rPr>
      </w:pPr>
      <w:r w:rsidRPr="00681C1F">
        <w:rPr>
          <w:rFonts w:ascii="Century Gothic" w:hAnsi="Century Gothic"/>
        </w:rPr>
        <w:t>What’s one small step you can take tonight to improve your sleep?</w:t>
      </w:r>
    </w:p>
    <w:sectPr w:rsidR="00E80C0A" w:rsidRPr="00681C1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67.65pt;height:467pt" o:bullet="t">
        <v:imagedata r:id="rId1" o:title="NavyButton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B4717B"/>
    <w:multiLevelType w:val="hybridMultilevel"/>
    <w:tmpl w:val="BBFC395C"/>
    <w:lvl w:ilvl="0" w:tplc="4C62C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038495">
    <w:abstractNumId w:val="8"/>
  </w:num>
  <w:num w:numId="2" w16cid:durableId="937714523">
    <w:abstractNumId w:val="6"/>
  </w:num>
  <w:num w:numId="3" w16cid:durableId="1133673263">
    <w:abstractNumId w:val="5"/>
  </w:num>
  <w:num w:numId="4" w16cid:durableId="210505685">
    <w:abstractNumId w:val="4"/>
  </w:num>
  <w:num w:numId="5" w16cid:durableId="2037851591">
    <w:abstractNumId w:val="7"/>
  </w:num>
  <w:num w:numId="6" w16cid:durableId="1301424590">
    <w:abstractNumId w:val="3"/>
  </w:num>
  <w:num w:numId="7" w16cid:durableId="957226907">
    <w:abstractNumId w:val="2"/>
  </w:num>
  <w:num w:numId="8" w16cid:durableId="1265309681">
    <w:abstractNumId w:val="1"/>
  </w:num>
  <w:num w:numId="9" w16cid:durableId="1906599056">
    <w:abstractNumId w:val="0"/>
  </w:num>
  <w:num w:numId="10" w16cid:durableId="9232282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C25BA"/>
    <w:rsid w:val="0029639D"/>
    <w:rsid w:val="00326F90"/>
    <w:rsid w:val="003B060A"/>
    <w:rsid w:val="00681C1F"/>
    <w:rsid w:val="00773621"/>
    <w:rsid w:val="00AA1D8D"/>
    <w:rsid w:val="00B47730"/>
    <w:rsid w:val="00BE1647"/>
    <w:rsid w:val="00CB0664"/>
    <w:rsid w:val="00D0535F"/>
    <w:rsid w:val="00DC4C0C"/>
    <w:rsid w:val="00E80C0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2727B3"/>
  <w14:defaultImageDpi w14:val="300"/>
  <w15:docId w15:val="{7376542D-25DA-C047-840D-8E522C39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212</Words>
  <Characters>888</Characters>
  <Application>Microsoft Office Word</Application>
  <DocSecurity>0</DocSecurity>
  <Lines>126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Gina Davies</cp:lastModifiedBy>
  <cp:revision>6</cp:revision>
  <dcterms:created xsi:type="dcterms:W3CDTF">2025-12-21T01:59:00Z</dcterms:created>
  <dcterms:modified xsi:type="dcterms:W3CDTF">2025-12-24T13:03:00Z</dcterms:modified>
  <cp:category/>
</cp:coreProperties>
</file>